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נכון או לא נכון וסדר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דנה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לאח הקטן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נוגה אוהבת שוקולד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שהיא הולכת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משתפת את דנה ואת אחיה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נפגשות בדרך הביתה כחברות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בבית היא משתפת גם את אחיה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(ממתק מתוק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שקונים בו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(לתת גם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(ילדה שאוהבים ומשחקים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(מרגיש טוב ומאושר)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הולכת עם אמא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בוחרת שוקולד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פוגשת את דנה בדרך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נותנת לדנה חתיכה מהשוקולד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בבית נוגה נותנת שוקולד גם לאח הקטן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 שיתוף (נותן, משתף) ומילה של מתוק כלשהו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לדנה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התחלת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והסדר מומלץ לעבוד בזוגות לתמיכה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אוהבת שוקולד. היא הולכת עם אמא לחנות. היא פוגשת חברה ונותנת לה שוקולד. בואו נקרא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שוקולד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שׁוֹקוֹלָד - ממתק חום ומתוק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חֲנוּת - מקום שקונים בו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לָתֵת גם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חֲבֵרָה - ילדה שמשחקים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שָׂמֵחַ - מרגיש טוב ומאושר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אָח - ילד קטן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לִבְחֹר - להחליט מה לקחת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לִקְנוֹת - לשלם ולקחת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נוגה הולכת לחנות?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הצבע של השוקולד שנוגה בוחרת?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זאת 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דנה החברה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עוד מקבל שוקולד מנוגה?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לאח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נתנה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לא אוהבת שוקולד.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הולכת לחנות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אוכלת את כל השוקולד לבד ולא משתפת 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היא חברה של נוגה.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נותנת שוקולד גם לאח הקטן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הולכת עם אמא ל__________ לקנות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נוגה בוחרת שוקולד בצבע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בדרך הביתה נוגה פוגשת את __________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נוגה __________ מהשוקולד לדנה.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נוגה נותנת שוקולד גם ל__________ הקטן.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גם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ילדה שאוהבים ומשחקים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שקונים בו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מרגיש טוב ומאושר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ממתק מתוק וחום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פוגשת את דנה בדרך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נותנת לדנה חתיכה מהשוקולד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בוחרת שוקולד חום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נוגה נותנת שוקולד גם לאח הקטן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הולכת עם אמא לחנות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דבר מתוק שאתם אוהבים לשתף עם חברים או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נוגה אוהבת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נוגה הולכת לחנות?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נוגה נותנת שוקולד בדרך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נוגה והשוקולד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