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נוגה והשוקולד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משפטים קצרים בהבנה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חדשות הקשורות לסיפור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נכון או לא נכון וסדר אירועים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קוראים ומבינים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עם אמא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את דנה החברה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לאח הקטן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נוגה אוהבת שוקולד מאוד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כתוב בסיפור שהיא הולכת עם אמא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היא משתפת את דנה ואת אחיה הקטן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הן נפגשות בדרך הביתה כחברות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בבית היא משתפת גם את אחיה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נותנת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(ממתק מתוק וחום)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(מקום שקונים בו דברים)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(לתת גם לאחרים)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(ילדה שאוהבים ומשחקים איתה)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(מרגיש טוב ומאושר)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קודם למה?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נוגה הולכת עם אמא לחנות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נוגה בוחרת שוקולד חום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נוגה פוגשת את דנה בדרך הביתה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נוגה נותנת לדנה חתיכה מהשוקולד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בבית נוגה נותנת שוקולד גם לאח הקטן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ויוצרים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ברור עם פועל שיתוף (נותן, משתף) ומילה של מתוק כלשהו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שוקולד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עם אמא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לדנה החברה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הסיפור בקול רם לפני התחלת הדף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והסדר מומלץ לעבוד בזוגות לתמיכה הדדית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נוגה והשוקולד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הסיפור על נוגה שאוהבת שוקולד, הולכת עם אמא לחנות, פוגשת את חברתה דנה ומשתפת אותה ואת אחיה הקטן בשוקולד.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קוראים ומבינים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למי נוגה הולכת לקנות שוקולד?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עם אמא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עם אבא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עם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צבע שוקולד נוגה בוחרת?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את מי נוגה פוגשת בדרך הביתה?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דנה החברה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הדוד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השכן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למי עוד נוגה נותנת שוקולד בבית?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לאח הקטן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נתנה לאף אחד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נוגה לא אוהבת שוקולד.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נוגה הולכת לחנות עם אמא שלה.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נוגה אוכלת את כל השוקולד לבד ולא משתפת אף אחד.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דנה היא חברה של נוגה.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נוגה נותנת שוקולד גם לאח הקטן שלה.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נוגה הולכת עם אמא ל__________ לקנות שוקולד.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נוגה בוחרת שוקולד בצבע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בדרך הביתה נוגה פוגשת את __________ שלה.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נוגה __________ מהשוקולד לדנה.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בבית נוגה נותנת שוקולד גם ל__________ הקטן.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שוקולד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ילדה שאוהבים ומשחקים איתה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לתת גם לאחרים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לשתף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מקום שקונים בו דברים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חברה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מרגיש טוב ומאושר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שמח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ממתק מתוק וחום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מה קודם למה?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נוגה נותנת לדנה חתיכה מהשוקולד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נוגה פוגשת את דנה בדרך הביתה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בבית נוגה נותנת שוקולד גם לאח הקטן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נוגה הולכת עם אמא לחנות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נוגה בוחרת שוקולד חום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ויוצרים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על דבר מתוק שאתם אוהבים לשתף עם חברים או משפחה.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נוגה אוהבת לאכול?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עם מי נוגה הולכת לחנות?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למי נוגה נותנת שוקולד בדרך הביתה?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נוגה והשוקולד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